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dxa" w:w="14479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firstColumn="1" w:firstRow="1" w:lastColumn="0" w:lastRow="0" w:noHBand="0" w:noVBand="1" w:val="04A0"/>
      </w:tblPr>
      <w:tblGrid>
        <w:gridCol w:w="1027"/>
        <w:gridCol w:w="2054"/>
        <w:gridCol w:w="1848"/>
        <w:gridCol w:w="1540"/>
        <w:gridCol w:w="1540"/>
        <w:gridCol w:w="2054"/>
        <w:gridCol w:w="924"/>
        <w:gridCol w:w="1540"/>
        <w:gridCol w:w="924"/>
        <w:gridCol w:w="1027"/>
      </w:tblGrid>
      <w:tr>
        <w:trPr>
          <w:tblHeader w:val="true"/>
        </w:trPr>
        <w:tc>
          <w:tcPr>
            <w:tcW w:type="dxa" w:w="1027"/>
          </w:tcPr>
          <w:p>
            <w:r>
              <w:rPr>
                <w:b/>
              </w:rPr>
              <w:t>Date</w:t>
            </w:r>
          </w:p>
        </w:tc>
        <w:tc>
          <w:tcPr>
            <w:tcW w:type="dxa" w:w="2054"/>
          </w:tcPr>
          <w:p>
            <w:r>
              <w:rPr>
                <w:b/>
              </w:rPr>
              <w:t>Name</w:t>
            </w:r>
          </w:p>
        </w:tc>
        <w:tc>
          <w:tcPr>
            <w:tcW w:type="dxa" w:w="1848"/>
          </w:tcPr>
          <w:p>
            <w:r>
              <w:rPr>
                <w:b/>
              </w:rPr>
              <w:t>Company</w:t>
            </w:r>
          </w:p>
        </w:tc>
        <w:tc>
          <w:tcPr>
            <w:tcW w:type="dxa" w:w="1540"/>
          </w:tcPr>
          <w:p>
            <w:r>
              <w:rPr>
                <w:b/>
              </w:rPr>
              <w:t>Contact phone</w:t>
            </w:r>
          </w:p>
        </w:tc>
        <w:tc>
          <w:tcPr>
            <w:tcW w:type="dxa" w:w="1540"/>
          </w:tcPr>
          <w:p>
            <w:r>
              <w:rPr>
                <w:b/>
              </w:rPr>
              <w:t>Here to see</w:t>
            </w:r>
          </w:p>
        </w:tc>
        <w:tc>
          <w:tcPr>
            <w:tcW w:type="dxa" w:w="2054"/>
          </w:tcPr>
          <w:p>
            <w:r>
              <w:rPr>
                <w:b/>
              </w:rPr>
              <w:t>Purpose / work area</w:t>
            </w:r>
          </w:p>
        </w:tc>
        <w:tc>
          <w:tcPr>
            <w:tcW w:type="dxa" w:w="924"/>
          </w:tcPr>
          <w:p>
            <w:r>
              <w:rPr>
                <w:b/>
              </w:rPr>
              <w:t>Time in</w:t>
            </w:r>
          </w:p>
        </w:tc>
        <w:tc>
          <w:tcPr>
            <w:tcW w:type="dxa" w:w="1540"/>
          </w:tcPr>
          <w:p>
            <w:r>
              <w:rPr>
                <w:b/>
              </w:rPr>
              <w:t>Site rules and PPE acknowledged (initials)</w:t>
            </w:r>
          </w:p>
        </w:tc>
        <w:tc>
          <w:tcPr>
            <w:tcW w:type="dxa" w:w="924"/>
          </w:tcPr>
          <w:p>
            <w:r>
              <w:rPr>
                <w:b/>
              </w:rPr>
              <w:t>Time out</w:t>
            </w:r>
          </w:p>
        </w:tc>
        <w:tc>
          <w:tcPr>
            <w:tcW w:type="dxa" w:w="1027"/>
          </w:tcPr>
          <w:p>
            <w:r>
              <w:rPr>
                <w:b/>
              </w:rPr>
              <w:t>Host initials</w:t>
            </w:r>
          </w:p>
        </w:tc>
      </w:tr>
      <w:tr>
        <w:trPr>
          <w:trHeight w:val="440" w:hRule="exact"/>
        </w:trPr>
        <w:tc>
          <w:tcPr>
            <w:tcW w:type="dxa" w:w="1027"/>
          </w:tcPr>
          <w:p>
            <w:r/>
          </w:p>
        </w:tc>
        <w:tc>
          <w:tcPr>
            <w:tcW w:type="dxa" w:w="2054"/>
          </w:tcPr>
          <w:p>
            <w:r/>
          </w:p>
        </w:tc>
        <w:tc>
          <w:tcPr>
            <w:tcW w:type="dxa" w:w="1848"/>
          </w:tcPr>
          <w:p>
            <w:r/>
          </w:p>
        </w:tc>
        <w:tc>
          <w:tcPr>
            <w:tcW w:type="dxa" w:w="1540"/>
          </w:tcPr>
          <w:p>
            <w:r/>
          </w:p>
        </w:tc>
        <w:tc>
          <w:tcPr>
            <w:tcW w:type="dxa" w:w="1540"/>
          </w:tcPr>
          <w:p>
            <w:r/>
          </w:p>
        </w:tc>
        <w:tc>
          <w:tcPr>
            <w:tcW w:type="dxa" w:w="2054"/>
          </w:tcPr>
          <w:p>
            <w:r/>
          </w:p>
        </w:tc>
        <w:tc>
          <w:tcPr>
            <w:tcW w:type="dxa" w:w="924"/>
          </w:tcPr>
          <w:p>
            <w:r/>
          </w:p>
        </w:tc>
        <w:tc>
          <w:tcPr>
            <w:tcW w:type="dxa" w:w="1540"/>
          </w:tcPr>
          <w:p>
            <w:r/>
          </w:p>
        </w:tc>
        <w:tc>
          <w:tcPr>
            <w:tcW w:type="dxa" w:w="924"/>
          </w:tcPr>
          <w:p>
            <w:r/>
          </w:p>
        </w:tc>
        <w:tc>
          <w:tcPr>
            <w:tcW w:type="dxa" w:w="1027"/>
          </w:tcPr>
          <w:p>
            <w:r/>
          </w:p>
        </w:tc>
      </w:tr>
      <w:tr>
        <w:trPr>
          <w:trHeight w:val="440" w:hRule="exact"/>
        </w:trPr>
        <w:tc>
          <w:tcPr>
            <w:tcW w:type="dxa" w:w="1027"/>
          </w:tcPr>
          <w:p>
            <w:r/>
          </w:p>
        </w:tc>
        <w:tc>
          <w:tcPr>
            <w:tcW w:type="dxa" w:w="2054"/>
          </w:tcPr>
          <w:p>
            <w:r/>
          </w:p>
        </w:tc>
        <w:tc>
          <w:tcPr>
            <w:tcW w:type="dxa" w:w="1848"/>
          </w:tcPr>
          <w:p>
            <w:r/>
          </w:p>
        </w:tc>
        <w:tc>
          <w:tcPr>
            <w:tcW w:type="dxa" w:w="1540"/>
          </w:tcPr>
          <w:p>
            <w:r/>
          </w:p>
        </w:tc>
        <w:tc>
          <w:tcPr>
            <w:tcW w:type="dxa" w:w="1540"/>
          </w:tcPr>
          <w:p>
            <w:r/>
          </w:p>
        </w:tc>
        <w:tc>
          <w:tcPr>
            <w:tcW w:type="dxa" w:w="2054"/>
          </w:tcPr>
          <w:p>
            <w:r/>
          </w:p>
        </w:tc>
        <w:tc>
          <w:tcPr>
            <w:tcW w:type="dxa" w:w="924"/>
          </w:tcPr>
          <w:p>
            <w:r/>
          </w:p>
        </w:tc>
        <w:tc>
          <w:tcPr>
            <w:tcW w:type="dxa" w:w="1540"/>
          </w:tcPr>
          <w:p>
            <w:r/>
          </w:p>
        </w:tc>
        <w:tc>
          <w:tcPr>
            <w:tcW w:type="dxa" w:w="924"/>
          </w:tcPr>
          <w:p>
            <w:r/>
          </w:p>
        </w:tc>
        <w:tc>
          <w:tcPr>
            <w:tcW w:type="dxa" w:w="1027"/>
          </w:tcPr>
          <w:p>
            <w:r/>
          </w:p>
        </w:tc>
      </w:tr>
      <w:tr>
        <w:trPr>
          <w:trHeight w:val="440" w:hRule="exact"/>
        </w:trPr>
        <w:tc>
          <w:tcPr>
            <w:tcW w:type="dxa" w:w="1027"/>
          </w:tcPr>
          <w:p>
            <w:r/>
          </w:p>
        </w:tc>
        <w:tc>
          <w:tcPr>
            <w:tcW w:type="dxa" w:w="2054"/>
          </w:tcPr>
          <w:p>
            <w:r/>
          </w:p>
        </w:tc>
        <w:tc>
          <w:tcPr>
            <w:tcW w:type="dxa" w:w="1848"/>
          </w:tcPr>
          <w:p>
            <w:r/>
          </w:p>
        </w:tc>
        <w:tc>
          <w:tcPr>
            <w:tcW w:type="dxa" w:w="1540"/>
          </w:tcPr>
          <w:p>
            <w:r/>
          </w:p>
        </w:tc>
        <w:tc>
          <w:tcPr>
            <w:tcW w:type="dxa" w:w="1540"/>
          </w:tcPr>
          <w:p>
            <w:r/>
          </w:p>
        </w:tc>
        <w:tc>
          <w:tcPr>
            <w:tcW w:type="dxa" w:w="2054"/>
          </w:tcPr>
          <w:p>
            <w:r/>
          </w:p>
        </w:tc>
        <w:tc>
          <w:tcPr>
            <w:tcW w:type="dxa" w:w="924"/>
          </w:tcPr>
          <w:p>
            <w:r/>
          </w:p>
        </w:tc>
        <w:tc>
          <w:tcPr>
            <w:tcW w:type="dxa" w:w="1540"/>
          </w:tcPr>
          <w:p>
            <w:r/>
          </w:p>
        </w:tc>
        <w:tc>
          <w:tcPr>
            <w:tcW w:type="dxa" w:w="924"/>
          </w:tcPr>
          <w:p>
            <w:r/>
          </w:p>
        </w:tc>
        <w:tc>
          <w:tcPr>
            <w:tcW w:type="dxa" w:w="1027"/>
          </w:tcPr>
          <w:p>
            <w:r/>
          </w:p>
        </w:tc>
      </w:tr>
      <w:tr>
        <w:trPr>
          <w:trHeight w:val="440" w:hRule="exact"/>
        </w:trPr>
        <w:tc>
          <w:tcPr>
            <w:tcW w:type="dxa" w:w="1027"/>
          </w:tcPr>
          <w:p>
            <w:r/>
          </w:p>
        </w:tc>
        <w:tc>
          <w:tcPr>
            <w:tcW w:type="dxa" w:w="2054"/>
          </w:tcPr>
          <w:p>
            <w:r/>
          </w:p>
        </w:tc>
        <w:tc>
          <w:tcPr>
            <w:tcW w:type="dxa" w:w="1848"/>
          </w:tcPr>
          <w:p>
            <w:r/>
          </w:p>
        </w:tc>
        <w:tc>
          <w:tcPr>
            <w:tcW w:type="dxa" w:w="1540"/>
          </w:tcPr>
          <w:p>
            <w:r/>
          </w:p>
        </w:tc>
        <w:tc>
          <w:tcPr>
            <w:tcW w:type="dxa" w:w="1540"/>
          </w:tcPr>
          <w:p>
            <w:r/>
          </w:p>
        </w:tc>
        <w:tc>
          <w:tcPr>
            <w:tcW w:type="dxa" w:w="2054"/>
          </w:tcPr>
          <w:p>
            <w:r/>
          </w:p>
        </w:tc>
        <w:tc>
          <w:tcPr>
            <w:tcW w:type="dxa" w:w="924"/>
          </w:tcPr>
          <w:p>
            <w:r/>
          </w:p>
        </w:tc>
        <w:tc>
          <w:tcPr>
            <w:tcW w:type="dxa" w:w="1540"/>
          </w:tcPr>
          <w:p>
            <w:r/>
          </w:p>
        </w:tc>
        <w:tc>
          <w:tcPr>
            <w:tcW w:type="dxa" w:w="924"/>
          </w:tcPr>
          <w:p>
            <w:r/>
          </w:p>
        </w:tc>
        <w:tc>
          <w:tcPr>
            <w:tcW w:type="dxa" w:w="1027"/>
          </w:tcPr>
          <w:p>
            <w:r/>
          </w:p>
        </w:tc>
      </w:tr>
      <w:tr>
        <w:trPr>
          <w:trHeight w:val="440" w:hRule="exact"/>
        </w:trPr>
        <w:tc>
          <w:tcPr>
            <w:tcW w:type="dxa" w:w="1027"/>
          </w:tcPr>
          <w:p>
            <w:r/>
          </w:p>
        </w:tc>
        <w:tc>
          <w:tcPr>
            <w:tcW w:type="dxa" w:w="2054"/>
          </w:tcPr>
          <w:p>
            <w:r/>
          </w:p>
        </w:tc>
        <w:tc>
          <w:tcPr>
            <w:tcW w:type="dxa" w:w="1848"/>
          </w:tcPr>
          <w:p>
            <w:r/>
          </w:p>
        </w:tc>
        <w:tc>
          <w:tcPr>
            <w:tcW w:type="dxa" w:w="1540"/>
          </w:tcPr>
          <w:p>
            <w:r/>
          </w:p>
        </w:tc>
        <w:tc>
          <w:tcPr>
            <w:tcW w:type="dxa" w:w="1540"/>
          </w:tcPr>
          <w:p>
            <w:r/>
          </w:p>
        </w:tc>
        <w:tc>
          <w:tcPr>
            <w:tcW w:type="dxa" w:w="2054"/>
          </w:tcPr>
          <w:p>
            <w:r/>
          </w:p>
        </w:tc>
        <w:tc>
          <w:tcPr>
            <w:tcW w:type="dxa" w:w="924"/>
          </w:tcPr>
          <w:p>
            <w:r/>
          </w:p>
        </w:tc>
        <w:tc>
          <w:tcPr>
            <w:tcW w:type="dxa" w:w="1540"/>
          </w:tcPr>
          <w:p>
            <w:r/>
          </w:p>
        </w:tc>
        <w:tc>
          <w:tcPr>
            <w:tcW w:type="dxa" w:w="924"/>
          </w:tcPr>
          <w:p>
            <w:r/>
          </w:p>
        </w:tc>
        <w:tc>
          <w:tcPr>
            <w:tcW w:type="dxa" w:w="1027"/>
          </w:tcPr>
          <w:p>
            <w:r/>
          </w:p>
        </w:tc>
      </w:tr>
      <w:tr>
        <w:trPr>
          <w:trHeight w:val="440" w:hRule="exact"/>
        </w:trPr>
        <w:tc>
          <w:tcPr>
            <w:tcW w:type="dxa" w:w="1027"/>
          </w:tcPr>
          <w:p>
            <w:r/>
          </w:p>
        </w:tc>
        <w:tc>
          <w:tcPr>
            <w:tcW w:type="dxa" w:w="2054"/>
          </w:tcPr>
          <w:p>
            <w:r/>
          </w:p>
        </w:tc>
        <w:tc>
          <w:tcPr>
            <w:tcW w:type="dxa" w:w="1848"/>
          </w:tcPr>
          <w:p>
            <w:r/>
          </w:p>
        </w:tc>
        <w:tc>
          <w:tcPr>
            <w:tcW w:type="dxa" w:w="1540"/>
          </w:tcPr>
          <w:p>
            <w:r/>
          </w:p>
        </w:tc>
        <w:tc>
          <w:tcPr>
            <w:tcW w:type="dxa" w:w="1540"/>
          </w:tcPr>
          <w:p>
            <w:r/>
          </w:p>
        </w:tc>
        <w:tc>
          <w:tcPr>
            <w:tcW w:type="dxa" w:w="2054"/>
          </w:tcPr>
          <w:p>
            <w:r/>
          </w:p>
        </w:tc>
        <w:tc>
          <w:tcPr>
            <w:tcW w:type="dxa" w:w="924"/>
          </w:tcPr>
          <w:p>
            <w:r/>
          </w:p>
        </w:tc>
        <w:tc>
          <w:tcPr>
            <w:tcW w:type="dxa" w:w="1540"/>
          </w:tcPr>
          <w:p>
            <w:r/>
          </w:p>
        </w:tc>
        <w:tc>
          <w:tcPr>
            <w:tcW w:type="dxa" w:w="924"/>
          </w:tcPr>
          <w:p>
            <w:r/>
          </w:p>
        </w:tc>
        <w:tc>
          <w:tcPr>
            <w:tcW w:type="dxa" w:w="1027"/>
          </w:tcPr>
          <w:p>
            <w:r/>
          </w:p>
        </w:tc>
      </w:tr>
      <w:tr>
        <w:trPr>
          <w:trHeight w:val="440" w:hRule="exact"/>
        </w:trPr>
        <w:tc>
          <w:tcPr>
            <w:tcW w:type="dxa" w:w="1027"/>
          </w:tcPr>
          <w:p>
            <w:r/>
          </w:p>
        </w:tc>
        <w:tc>
          <w:tcPr>
            <w:tcW w:type="dxa" w:w="2054"/>
          </w:tcPr>
          <w:p>
            <w:r/>
          </w:p>
        </w:tc>
        <w:tc>
          <w:tcPr>
            <w:tcW w:type="dxa" w:w="1848"/>
          </w:tcPr>
          <w:p>
            <w:r/>
          </w:p>
        </w:tc>
        <w:tc>
          <w:tcPr>
            <w:tcW w:type="dxa" w:w="1540"/>
          </w:tcPr>
          <w:p>
            <w:r/>
          </w:p>
        </w:tc>
        <w:tc>
          <w:tcPr>
            <w:tcW w:type="dxa" w:w="1540"/>
          </w:tcPr>
          <w:p>
            <w:r/>
          </w:p>
        </w:tc>
        <w:tc>
          <w:tcPr>
            <w:tcW w:type="dxa" w:w="2054"/>
          </w:tcPr>
          <w:p>
            <w:r/>
          </w:p>
        </w:tc>
        <w:tc>
          <w:tcPr>
            <w:tcW w:type="dxa" w:w="924"/>
          </w:tcPr>
          <w:p>
            <w:r/>
          </w:p>
        </w:tc>
        <w:tc>
          <w:tcPr>
            <w:tcW w:type="dxa" w:w="1540"/>
          </w:tcPr>
          <w:p>
            <w:r/>
          </w:p>
        </w:tc>
        <w:tc>
          <w:tcPr>
            <w:tcW w:type="dxa" w:w="924"/>
          </w:tcPr>
          <w:p>
            <w:r/>
          </w:p>
        </w:tc>
        <w:tc>
          <w:tcPr>
            <w:tcW w:type="dxa" w:w="1027"/>
          </w:tcPr>
          <w:p>
            <w:r/>
          </w:p>
        </w:tc>
      </w:tr>
      <w:tr>
        <w:trPr>
          <w:trHeight w:val="440" w:hRule="exact"/>
        </w:trPr>
        <w:tc>
          <w:tcPr>
            <w:tcW w:type="dxa" w:w="1027"/>
          </w:tcPr>
          <w:p>
            <w:r/>
          </w:p>
        </w:tc>
        <w:tc>
          <w:tcPr>
            <w:tcW w:type="dxa" w:w="2054"/>
          </w:tcPr>
          <w:p>
            <w:r/>
          </w:p>
        </w:tc>
        <w:tc>
          <w:tcPr>
            <w:tcW w:type="dxa" w:w="1848"/>
          </w:tcPr>
          <w:p>
            <w:r/>
          </w:p>
        </w:tc>
        <w:tc>
          <w:tcPr>
            <w:tcW w:type="dxa" w:w="1540"/>
          </w:tcPr>
          <w:p>
            <w:r/>
          </w:p>
        </w:tc>
        <w:tc>
          <w:tcPr>
            <w:tcW w:type="dxa" w:w="1540"/>
          </w:tcPr>
          <w:p>
            <w:r/>
          </w:p>
        </w:tc>
        <w:tc>
          <w:tcPr>
            <w:tcW w:type="dxa" w:w="2054"/>
          </w:tcPr>
          <w:p>
            <w:r/>
          </w:p>
        </w:tc>
        <w:tc>
          <w:tcPr>
            <w:tcW w:type="dxa" w:w="924"/>
          </w:tcPr>
          <w:p>
            <w:r/>
          </w:p>
        </w:tc>
        <w:tc>
          <w:tcPr>
            <w:tcW w:type="dxa" w:w="1540"/>
          </w:tcPr>
          <w:p>
            <w:r/>
          </w:p>
        </w:tc>
        <w:tc>
          <w:tcPr>
            <w:tcW w:type="dxa" w:w="924"/>
          </w:tcPr>
          <w:p>
            <w:r/>
          </w:p>
        </w:tc>
        <w:tc>
          <w:tcPr>
            <w:tcW w:type="dxa" w:w="1027"/>
          </w:tcPr>
          <w:p>
            <w:r/>
          </w:p>
        </w:tc>
      </w:tr>
      <w:tr>
        <w:trPr>
          <w:trHeight w:val="440" w:hRule="exact"/>
        </w:trPr>
        <w:tc>
          <w:tcPr>
            <w:tcW w:type="dxa" w:w="1027"/>
          </w:tcPr>
          <w:p>
            <w:r/>
          </w:p>
        </w:tc>
        <w:tc>
          <w:tcPr>
            <w:tcW w:type="dxa" w:w="2054"/>
          </w:tcPr>
          <w:p>
            <w:r/>
          </w:p>
        </w:tc>
        <w:tc>
          <w:tcPr>
            <w:tcW w:type="dxa" w:w="1848"/>
          </w:tcPr>
          <w:p>
            <w:r/>
          </w:p>
        </w:tc>
        <w:tc>
          <w:tcPr>
            <w:tcW w:type="dxa" w:w="1540"/>
          </w:tcPr>
          <w:p>
            <w:r/>
          </w:p>
        </w:tc>
        <w:tc>
          <w:tcPr>
            <w:tcW w:type="dxa" w:w="1540"/>
          </w:tcPr>
          <w:p>
            <w:r/>
          </w:p>
        </w:tc>
        <w:tc>
          <w:tcPr>
            <w:tcW w:type="dxa" w:w="2054"/>
          </w:tcPr>
          <w:p>
            <w:r/>
          </w:p>
        </w:tc>
        <w:tc>
          <w:tcPr>
            <w:tcW w:type="dxa" w:w="924"/>
          </w:tcPr>
          <w:p>
            <w:r/>
          </w:p>
        </w:tc>
        <w:tc>
          <w:tcPr>
            <w:tcW w:type="dxa" w:w="1540"/>
          </w:tcPr>
          <w:p>
            <w:r/>
          </w:p>
        </w:tc>
        <w:tc>
          <w:tcPr>
            <w:tcW w:type="dxa" w:w="924"/>
          </w:tcPr>
          <w:p>
            <w:r/>
          </w:p>
        </w:tc>
        <w:tc>
          <w:tcPr>
            <w:tcW w:type="dxa" w:w="1027"/>
          </w:tcPr>
          <w:p>
            <w:r/>
          </w:p>
        </w:tc>
      </w:tr>
      <w:tr>
        <w:trPr>
          <w:trHeight w:val="440" w:hRule="exact"/>
        </w:trPr>
        <w:tc>
          <w:tcPr>
            <w:tcW w:type="dxa" w:w="1027"/>
          </w:tcPr>
          <w:p>
            <w:r/>
          </w:p>
        </w:tc>
        <w:tc>
          <w:tcPr>
            <w:tcW w:type="dxa" w:w="2054"/>
          </w:tcPr>
          <w:p>
            <w:r/>
          </w:p>
        </w:tc>
        <w:tc>
          <w:tcPr>
            <w:tcW w:type="dxa" w:w="1848"/>
          </w:tcPr>
          <w:p>
            <w:r/>
          </w:p>
        </w:tc>
        <w:tc>
          <w:tcPr>
            <w:tcW w:type="dxa" w:w="1540"/>
          </w:tcPr>
          <w:p>
            <w:r/>
          </w:p>
        </w:tc>
        <w:tc>
          <w:tcPr>
            <w:tcW w:type="dxa" w:w="1540"/>
          </w:tcPr>
          <w:p>
            <w:r/>
          </w:p>
        </w:tc>
        <w:tc>
          <w:tcPr>
            <w:tcW w:type="dxa" w:w="2054"/>
          </w:tcPr>
          <w:p>
            <w:r/>
          </w:p>
        </w:tc>
        <w:tc>
          <w:tcPr>
            <w:tcW w:type="dxa" w:w="924"/>
          </w:tcPr>
          <w:p>
            <w:r/>
          </w:p>
        </w:tc>
        <w:tc>
          <w:tcPr>
            <w:tcW w:type="dxa" w:w="1540"/>
          </w:tcPr>
          <w:p>
            <w:r/>
          </w:p>
        </w:tc>
        <w:tc>
          <w:tcPr>
            <w:tcW w:type="dxa" w:w="924"/>
          </w:tcPr>
          <w:p>
            <w:r/>
          </w:p>
        </w:tc>
        <w:tc>
          <w:tcPr>
            <w:tcW w:type="dxa" w:w="1027"/>
          </w:tcPr>
          <w:p>
            <w:r/>
          </w:p>
        </w:tc>
      </w:tr>
      <w:tr>
        <w:trPr>
          <w:trHeight w:val="440" w:hRule="exact"/>
        </w:trPr>
        <w:tc>
          <w:tcPr>
            <w:tcW w:type="dxa" w:w="1027"/>
          </w:tcPr>
          <w:p>
            <w:r/>
          </w:p>
        </w:tc>
        <w:tc>
          <w:tcPr>
            <w:tcW w:type="dxa" w:w="2054"/>
          </w:tcPr>
          <w:p>
            <w:r/>
          </w:p>
        </w:tc>
        <w:tc>
          <w:tcPr>
            <w:tcW w:type="dxa" w:w="1848"/>
          </w:tcPr>
          <w:p>
            <w:r/>
          </w:p>
        </w:tc>
        <w:tc>
          <w:tcPr>
            <w:tcW w:type="dxa" w:w="1540"/>
          </w:tcPr>
          <w:p>
            <w:r/>
          </w:p>
        </w:tc>
        <w:tc>
          <w:tcPr>
            <w:tcW w:type="dxa" w:w="1540"/>
          </w:tcPr>
          <w:p>
            <w:r/>
          </w:p>
        </w:tc>
        <w:tc>
          <w:tcPr>
            <w:tcW w:type="dxa" w:w="2054"/>
          </w:tcPr>
          <w:p>
            <w:r/>
          </w:p>
        </w:tc>
        <w:tc>
          <w:tcPr>
            <w:tcW w:type="dxa" w:w="924"/>
          </w:tcPr>
          <w:p>
            <w:r/>
          </w:p>
        </w:tc>
        <w:tc>
          <w:tcPr>
            <w:tcW w:type="dxa" w:w="1540"/>
          </w:tcPr>
          <w:p>
            <w:r/>
          </w:p>
        </w:tc>
        <w:tc>
          <w:tcPr>
            <w:tcW w:type="dxa" w:w="924"/>
          </w:tcPr>
          <w:p>
            <w:r/>
          </w:p>
        </w:tc>
        <w:tc>
          <w:tcPr>
            <w:tcW w:type="dxa" w:w="1027"/>
          </w:tcPr>
          <w:p>
            <w:r/>
          </w:p>
        </w:tc>
      </w:tr>
      <w:tr>
        <w:trPr>
          <w:trHeight w:val="440" w:hRule="exact"/>
        </w:trPr>
        <w:tc>
          <w:tcPr>
            <w:tcW w:type="dxa" w:w="1027"/>
          </w:tcPr>
          <w:p>
            <w:r/>
          </w:p>
        </w:tc>
        <w:tc>
          <w:tcPr>
            <w:tcW w:type="dxa" w:w="2054"/>
          </w:tcPr>
          <w:p>
            <w:r/>
          </w:p>
        </w:tc>
        <w:tc>
          <w:tcPr>
            <w:tcW w:type="dxa" w:w="1848"/>
          </w:tcPr>
          <w:p>
            <w:r/>
          </w:p>
        </w:tc>
        <w:tc>
          <w:tcPr>
            <w:tcW w:type="dxa" w:w="1540"/>
          </w:tcPr>
          <w:p>
            <w:r/>
          </w:p>
        </w:tc>
        <w:tc>
          <w:tcPr>
            <w:tcW w:type="dxa" w:w="1540"/>
          </w:tcPr>
          <w:p>
            <w:r/>
          </w:p>
        </w:tc>
        <w:tc>
          <w:tcPr>
            <w:tcW w:type="dxa" w:w="2054"/>
          </w:tcPr>
          <w:p>
            <w:r/>
          </w:p>
        </w:tc>
        <w:tc>
          <w:tcPr>
            <w:tcW w:type="dxa" w:w="924"/>
          </w:tcPr>
          <w:p>
            <w:r/>
          </w:p>
        </w:tc>
        <w:tc>
          <w:tcPr>
            <w:tcW w:type="dxa" w:w="1540"/>
          </w:tcPr>
          <w:p>
            <w:r/>
          </w:p>
        </w:tc>
        <w:tc>
          <w:tcPr>
            <w:tcW w:type="dxa" w:w="924"/>
          </w:tcPr>
          <w:p>
            <w:r/>
          </w:p>
        </w:tc>
        <w:tc>
          <w:tcPr>
            <w:tcW w:type="dxa" w:w="1027"/>
          </w:tcPr>
          <w:p>
            <w:r/>
          </w:p>
        </w:tc>
      </w:tr>
      <w:tr>
        <w:trPr>
          <w:trHeight w:val="440" w:hRule="exact"/>
        </w:trPr>
        <w:tc>
          <w:tcPr>
            <w:tcW w:type="dxa" w:w="1027"/>
          </w:tcPr>
          <w:p>
            <w:r/>
          </w:p>
        </w:tc>
        <w:tc>
          <w:tcPr>
            <w:tcW w:type="dxa" w:w="2054"/>
          </w:tcPr>
          <w:p>
            <w:r/>
          </w:p>
        </w:tc>
        <w:tc>
          <w:tcPr>
            <w:tcW w:type="dxa" w:w="1848"/>
          </w:tcPr>
          <w:p>
            <w:r/>
          </w:p>
        </w:tc>
        <w:tc>
          <w:tcPr>
            <w:tcW w:type="dxa" w:w="1540"/>
          </w:tcPr>
          <w:p>
            <w:r/>
          </w:p>
        </w:tc>
        <w:tc>
          <w:tcPr>
            <w:tcW w:type="dxa" w:w="1540"/>
          </w:tcPr>
          <w:p>
            <w:r/>
          </w:p>
        </w:tc>
        <w:tc>
          <w:tcPr>
            <w:tcW w:type="dxa" w:w="2054"/>
          </w:tcPr>
          <w:p>
            <w:r/>
          </w:p>
        </w:tc>
        <w:tc>
          <w:tcPr>
            <w:tcW w:type="dxa" w:w="924"/>
          </w:tcPr>
          <w:p>
            <w:r/>
          </w:p>
        </w:tc>
        <w:tc>
          <w:tcPr>
            <w:tcW w:type="dxa" w:w="1540"/>
          </w:tcPr>
          <w:p>
            <w:r/>
          </w:p>
        </w:tc>
        <w:tc>
          <w:tcPr>
            <w:tcW w:type="dxa" w:w="924"/>
          </w:tcPr>
          <w:p>
            <w:r/>
          </w:p>
        </w:tc>
        <w:tc>
          <w:tcPr>
            <w:tcW w:type="dxa" w:w="1027"/>
          </w:tcPr>
          <w:p>
            <w:r/>
          </w:p>
        </w:tc>
      </w:tr>
      <w:tr>
        <w:trPr>
          <w:trHeight w:val="440" w:hRule="exact"/>
        </w:trPr>
        <w:tc>
          <w:tcPr>
            <w:tcW w:type="dxa" w:w="1027"/>
          </w:tcPr>
          <w:p>
            <w:r/>
          </w:p>
        </w:tc>
        <w:tc>
          <w:tcPr>
            <w:tcW w:type="dxa" w:w="2054"/>
          </w:tcPr>
          <w:p>
            <w:r/>
          </w:p>
        </w:tc>
        <w:tc>
          <w:tcPr>
            <w:tcW w:type="dxa" w:w="1848"/>
          </w:tcPr>
          <w:p>
            <w:r/>
          </w:p>
        </w:tc>
        <w:tc>
          <w:tcPr>
            <w:tcW w:type="dxa" w:w="1540"/>
          </w:tcPr>
          <w:p>
            <w:r/>
          </w:p>
        </w:tc>
        <w:tc>
          <w:tcPr>
            <w:tcW w:type="dxa" w:w="1540"/>
          </w:tcPr>
          <w:p>
            <w:r/>
          </w:p>
        </w:tc>
        <w:tc>
          <w:tcPr>
            <w:tcW w:type="dxa" w:w="2054"/>
          </w:tcPr>
          <w:p>
            <w:r/>
          </w:p>
        </w:tc>
        <w:tc>
          <w:tcPr>
            <w:tcW w:type="dxa" w:w="924"/>
          </w:tcPr>
          <w:p>
            <w:r/>
          </w:p>
        </w:tc>
        <w:tc>
          <w:tcPr>
            <w:tcW w:type="dxa" w:w="1540"/>
          </w:tcPr>
          <w:p>
            <w:r/>
          </w:p>
        </w:tc>
        <w:tc>
          <w:tcPr>
            <w:tcW w:type="dxa" w:w="924"/>
          </w:tcPr>
          <w:p>
            <w:r/>
          </w:p>
        </w:tc>
        <w:tc>
          <w:tcPr>
            <w:tcW w:type="dxa" w:w="1027"/>
          </w:tcPr>
          <w:p>
            <w:r/>
          </w:p>
        </w:tc>
      </w:tr>
      <w:tr>
        <w:trPr>
          <w:trHeight w:val="440" w:hRule="exact"/>
        </w:trPr>
        <w:tc>
          <w:tcPr>
            <w:tcW w:type="dxa" w:w="1027"/>
          </w:tcPr>
          <w:p>
            <w:r/>
          </w:p>
        </w:tc>
        <w:tc>
          <w:tcPr>
            <w:tcW w:type="dxa" w:w="2054"/>
          </w:tcPr>
          <w:p>
            <w:r/>
          </w:p>
        </w:tc>
        <w:tc>
          <w:tcPr>
            <w:tcW w:type="dxa" w:w="1848"/>
          </w:tcPr>
          <w:p>
            <w:r/>
          </w:p>
        </w:tc>
        <w:tc>
          <w:tcPr>
            <w:tcW w:type="dxa" w:w="1540"/>
          </w:tcPr>
          <w:p>
            <w:r/>
          </w:p>
        </w:tc>
        <w:tc>
          <w:tcPr>
            <w:tcW w:type="dxa" w:w="1540"/>
          </w:tcPr>
          <w:p>
            <w:r/>
          </w:p>
        </w:tc>
        <w:tc>
          <w:tcPr>
            <w:tcW w:type="dxa" w:w="2054"/>
          </w:tcPr>
          <w:p>
            <w:r/>
          </w:p>
        </w:tc>
        <w:tc>
          <w:tcPr>
            <w:tcW w:type="dxa" w:w="924"/>
          </w:tcPr>
          <w:p>
            <w:r/>
          </w:p>
        </w:tc>
        <w:tc>
          <w:tcPr>
            <w:tcW w:type="dxa" w:w="1540"/>
          </w:tcPr>
          <w:p>
            <w:r/>
          </w:p>
        </w:tc>
        <w:tc>
          <w:tcPr>
            <w:tcW w:type="dxa" w:w="924"/>
          </w:tcPr>
          <w:p>
            <w:r/>
          </w:p>
        </w:tc>
        <w:tc>
          <w:tcPr>
            <w:tcW w:type="dxa" w:w="1027"/>
          </w:tcPr>
          <w:p>
            <w:r/>
          </w:p>
        </w:tc>
      </w:tr>
      <w:tr>
        <w:trPr>
          <w:trHeight w:val="440" w:hRule="exact"/>
        </w:trPr>
        <w:tc>
          <w:tcPr>
            <w:tcW w:type="dxa" w:w="1027"/>
          </w:tcPr>
          <w:p>
            <w:r/>
          </w:p>
        </w:tc>
        <w:tc>
          <w:tcPr>
            <w:tcW w:type="dxa" w:w="2054"/>
          </w:tcPr>
          <w:p>
            <w:r/>
          </w:p>
        </w:tc>
        <w:tc>
          <w:tcPr>
            <w:tcW w:type="dxa" w:w="1848"/>
          </w:tcPr>
          <w:p>
            <w:r/>
          </w:p>
        </w:tc>
        <w:tc>
          <w:tcPr>
            <w:tcW w:type="dxa" w:w="1540"/>
          </w:tcPr>
          <w:p>
            <w:r/>
          </w:p>
        </w:tc>
        <w:tc>
          <w:tcPr>
            <w:tcW w:type="dxa" w:w="1540"/>
          </w:tcPr>
          <w:p>
            <w:r/>
          </w:p>
        </w:tc>
        <w:tc>
          <w:tcPr>
            <w:tcW w:type="dxa" w:w="2054"/>
          </w:tcPr>
          <w:p>
            <w:r/>
          </w:p>
        </w:tc>
        <w:tc>
          <w:tcPr>
            <w:tcW w:type="dxa" w:w="924"/>
          </w:tcPr>
          <w:p>
            <w:r/>
          </w:p>
        </w:tc>
        <w:tc>
          <w:tcPr>
            <w:tcW w:type="dxa" w:w="1540"/>
          </w:tcPr>
          <w:p>
            <w:r/>
          </w:p>
        </w:tc>
        <w:tc>
          <w:tcPr>
            <w:tcW w:type="dxa" w:w="924"/>
          </w:tcPr>
          <w:p>
            <w:r/>
          </w:p>
        </w:tc>
        <w:tc>
          <w:tcPr>
            <w:tcW w:type="dxa" w:w="1027"/>
          </w:tcPr>
          <w:p>
            <w:r/>
          </w:p>
        </w:tc>
      </w:tr>
      <w:tr>
        <w:trPr>
          <w:trHeight w:val="440" w:hRule="exact"/>
        </w:trPr>
        <w:tc>
          <w:tcPr>
            <w:tcW w:type="dxa" w:w="1027"/>
          </w:tcPr>
          <w:p>
            <w:r/>
          </w:p>
        </w:tc>
        <w:tc>
          <w:tcPr>
            <w:tcW w:type="dxa" w:w="2054"/>
          </w:tcPr>
          <w:p>
            <w:r/>
          </w:p>
        </w:tc>
        <w:tc>
          <w:tcPr>
            <w:tcW w:type="dxa" w:w="1848"/>
          </w:tcPr>
          <w:p>
            <w:r/>
          </w:p>
        </w:tc>
        <w:tc>
          <w:tcPr>
            <w:tcW w:type="dxa" w:w="1540"/>
          </w:tcPr>
          <w:p>
            <w:r/>
          </w:p>
        </w:tc>
        <w:tc>
          <w:tcPr>
            <w:tcW w:type="dxa" w:w="1540"/>
          </w:tcPr>
          <w:p>
            <w:r/>
          </w:p>
        </w:tc>
        <w:tc>
          <w:tcPr>
            <w:tcW w:type="dxa" w:w="2054"/>
          </w:tcPr>
          <w:p>
            <w:r/>
          </w:p>
        </w:tc>
        <w:tc>
          <w:tcPr>
            <w:tcW w:type="dxa" w:w="924"/>
          </w:tcPr>
          <w:p>
            <w:r/>
          </w:p>
        </w:tc>
        <w:tc>
          <w:tcPr>
            <w:tcW w:type="dxa" w:w="1540"/>
          </w:tcPr>
          <w:p>
            <w:r/>
          </w:p>
        </w:tc>
        <w:tc>
          <w:tcPr>
            <w:tcW w:type="dxa" w:w="924"/>
          </w:tcPr>
          <w:p>
            <w:r/>
          </w:p>
        </w:tc>
        <w:tc>
          <w:tcPr>
            <w:tcW w:type="dxa" w:w="1027"/>
          </w:tcPr>
          <w:p>
            <w:r/>
          </w:p>
        </w:tc>
      </w:tr>
      <w:tr>
        <w:trPr>
          <w:trHeight w:val="440" w:hRule="exact"/>
        </w:trPr>
        <w:tc>
          <w:tcPr>
            <w:tcW w:type="dxa" w:w="1027"/>
          </w:tcPr>
          <w:p>
            <w:r/>
          </w:p>
        </w:tc>
        <w:tc>
          <w:tcPr>
            <w:tcW w:type="dxa" w:w="2054"/>
          </w:tcPr>
          <w:p>
            <w:r/>
          </w:p>
        </w:tc>
        <w:tc>
          <w:tcPr>
            <w:tcW w:type="dxa" w:w="1848"/>
          </w:tcPr>
          <w:p>
            <w:r/>
          </w:p>
        </w:tc>
        <w:tc>
          <w:tcPr>
            <w:tcW w:type="dxa" w:w="1540"/>
          </w:tcPr>
          <w:p>
            <w:r/>
          </w:p>
        </w:tc>
        <w:tc>
          <w:tcPr>
            <w:tcW w:type="dxa" w:w="1540"/>
          </w:tcPr>
          <w:p>
            <w:r/>
          </w:p>
        </w:tc>
        <w:tc>
          <w:tcPr>
            <w:tcW w:type="dxa" w:w="2054"/>
          </w:tcPr>
          <w:p>
            <w:r/>
          </w:p>
        </w:tc>
        <w:tc>
          <w:tcPr>
            <w:tcW w:type="dxa" w:w="924"/>
          </w:tcPr>
          <w:p>
            <w:r/>
          </w:p>
        </w:tc>
        <w:tc>
          <w:tcPr>
            <w:tcW w:type="dxa" w:w="1540"/>
          </w:tcPr>
          <w:p>
            <w:r/>
          </w:p>
        </w:tc>
        <w:tc>
          <w:tcPr>
            <w:tcW w:type="dxa" w:w="924"/>
          </w:tcPr>
          <w:p>
            <w:r/>
          </w:p>
        </w:tc>
        <w:tc>
          <w:tcPr>
            <w:tcW w:type="dxa" w:w="1027"/>
          </w:tcPr>
          <w:p>
            <w:r/>
          </w:p>
        </w:tc>
      </w:tr>
    </w:tbl>
    <w:p>
      <w:pPr>
        <w:spacing w:before="80"/>
      </w:pPr>
      <w:r>
        <w:t>Visitor and contractor sign-in is good practice, not a specific legal requirement for every site.</w:t>
      </w:r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1361" w:right="680" w:bottom="1020" w:left="680" w:header="454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Not legal advice. Last checked 7 October 2026 against OSHA 29 CFR 1910.38(c), https://www.osha.gov/laws-regs/regulations/standardnumber/1910/1910.38.</w:t>
    </w:r>
  </w:p>
  <w:p>
    <w:pPr>
      <w:tabs>
        <w:tab w:pos="14479" w:val="right"/>
      </w:tabs>
    </w:pPr>
    <w:r>
      <w:rPr>
        <w:sz w:val="14"/>
      </w:rPr>
      <w:t>Digital Front Desk free template: digitalfrontdesk.ca/resources/contractor-sign-in-sheet</w:t>
    </w:r>
    <w:r>
      <w:rPr>
        <w:sz w:val="14"/>
      </w:rPr>
      <w:tab/>
      <w:t xml:space="preserve">Page </w:t>
    </w:r>
    <w:fldSimple w:instr="PAGE">
      <w:r>
        <w:rPr>
          <w:sz w:val="14"/>
        </w:rPr>
        <w:t>1</w:t>
      </w:r>
    </w:fldSimple>
    <w:r>
      <w:rPr>
        <w:sz w:val="14"/>
      </w:rPr>
      <w:t xml:space="preserve"> of </w:t>
    </w:r>
    <w:fldSimple w:instr="NUMPAGES">
      <w:r>
        <w:rPr>
          <w:sz w:val="14"/>
        </w:rP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60"/>
    </w:pPr>
    <w:r>
      <w:rPr>
        <w:b/>
        <w:sz w:val="28"/>
      </w:rPr>
      <w:t>Contractor sign-in sheet</w:t>
    </w:r>
  </w:p>
  <w:p>
    <w:pPr>
      <w:spacing w:after="40"/>
    </w:pPr>
    <w:r>
      <w:rPr>
        <w:sz w:val="20"/>
      </w:rPr>
      <w:t>Site: ____________________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Contractor sign-in sheet</dc:title>
  <dc:subject/>
  <dc:creator>Digital Front Desk</dc:creator>
  <cp:keywords/>
  <dc:description>generated by python-docx</dc:description>
  <cp:lastModifiedBy>Digital Front Desk</cp:lastModifiedBy>
  <cp:revision>1</cp:revision>
  <dcterms:created xsi:type="dcterms:W3CDTF">2026-10-07T00:00:00Z</dcterms:created>
  <dcterms:modified xsi:type="dcterms:W3CDTF">2026-10-07T00:00:00Z</dcterms:modified>
  <cp:category/>
  <cp:lastPrinted>2026-10-07T00:00:00Z</cp:lastPrinted>
</cp:coreProperties>
</file>