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t>OSHA 29 CFR 1910.38(c)(4): "Procedures to account for all employees after evacuation;" This sheet supports your site's emergency action plan; it does not replace it.</w:t>
      </w:r>
    </w:p>
    <w:p>
      <w:pPr>
        <w:pStyle w:val="Heading2"/>
        <w:keepNext w:val="0"/>
        <w:spacing w:before="80" w:after="60"/>
      </w:pPr>
      <w:r>
        <w:t>Names to account for</w:t>
      </w:r>
    </w:p>
    <w:tbl>
      <w:tblPr>
        <w:tblStyle w:val="TableGrid"/>
        <w:tblW w:type="dxa" w:w="10879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4630"/>
        <w:gridCol w:w="1620"/>
        <w:gridCol w:w="4630"/>
      </w:tblGrid>
      <w:tr>
        <w:trPr>
          <w:tblHeader w:val="true"/>
        </w:trPr>
        <w:tc>
          <w:tcPr>
            <w:tcW w:type="dxa" w:w="4630"/>
          </w:tcPr>
          <w:p>
            <w:r>
              <w:rPr>
                <w:b/>
              </w:rPr>
              <w:t>Name to account for</w:t>
            </w:r>
          </w:p>
        </w:tc>
        <w:tc>
          <w:tcPr>
            <w:tcW w:type="dxa" w:w="1620"/>
          </w:tcPr>
          <w:p>
            <w:r>
              <w:rPr>
                <w:b/>
              </w:rPr>
              <w:t>Accounted (yes / no)</w:t>
            </w:r>
          </w:p>
        </w:tc>
        <w:tc>
          <w:tcPr>
            <w:tcW w:type="dxa" w:w="4630"/>
          </w:tcPr>
          <w:p>
            <w:r>
              <w:rPr>
                <w:b/>
              </w:rPr>
              <w:t>Notes</w:t>
            </w:r>
          </w:p>
        </w:tc>
      </w:tr>
      <w:tr>
        <w:trPr>
          <w:trHeight w:val="400" w:hRule="exact"/>
        </w:trPr>
        <w:tc>
          <w:tcPr>
            <w:tcW w:type="dxa" w:w="4630"/>
          </w:tcPr>
          <w:p>
            <w:r/>
          </w:p>
        </w:tc>
        <w:tc>
          <w:tcPr>
            <w:tcW w:type="dxa" w:w="1620"/>
          </w:tcPr>
          <w:p>
            <w:r/>
          </w:p>
        </w:tc>
        <w:tc>
          <w:tcPr>
            <w:tcW w:type="dxa" w:w="4630"/>
          </w:tcPr>
          <w:p>
            <w:r/>
          </w:p>
        </w:tc>
      </w:tr>
      <w:tr>
        <w:trPr>
          <w:trHeight w:val="400" w:hRule="exact"/>
        </w:trPr>
        <w:tc>
          <w:tcPr>
            <w:tcW w:type="dxa" w:w="4630"/>
          </w:tcPr>
          <w:p>
            <w:r/>
          </w:p>
        </w:tc>
        <w:tc>
          <w:tcPr>
            <w:tcW w:type="dxa" w:w="1620"/>
          </w:tcPr>
          <w:p>
            <w:r/>
          </w:p>
        </w:tc>
        <w:tc>
          <w:tcPr>
            <w:tcW w:type="dxa" w:w="4630"/>
          </w:tcPr>
          <w:p>
            <w:r/>
          </w:p>
        </w:tc>
      </w:tr>
      <w:tr>
        <w:trPr>
          <w:trHeight w:val="400" w:hRule="exact"/>
        </w:trPr>
        <w:tc>
          <w:tcPr>
            <w:tcW w:type="dxa" w:w="4630"/>
          </w:tcPr>
          <w:p>
            <w:r/>
          </w:p>
        </w:tc>
        <w:tc>
          <w:tcPr>
            <w:tcW w:type="dxa" w:w="1620"/>
          </w:tcPr>
          <w:p>
            <w:r/>
          </w:p>
        </w:tc>
        <w:tc>
          <w:tcPr>
            <w:tcW w:type="dxa" w:w="4630"/>
          </w:tcPr>
          <w:p>
            <w:r/>
          </w:p>
        </w:tc>
      </w:tr>
      <w:tr>
        <w:trPr>
          <w:trHeight w:val="400" w:hRule="exact"/>
        </w:trPr>
        <w:tc>
          <w:tcPr>
            <w:tcW w:type="dxa" w:w="4630"/>
          </w:tcPr>
          <w:p>
            <w:r/>
          </w:p>
        </w:tc>
        <w:tc>
          <w:tcPr>
            <w:tcW w:type="dxa" w:w="1620"/>
          </w:tcPr>
          <w:p>
            <w:r/>
          </w:p>
        </w:tc>
        <w:tc>
          <w:tcPr>
            <w:tcW w:type="dxa" w:w="4630"/>
          </w:tcPr>
          <w:p>
            <w:r/>
          </w:p>
        </w:tc>
      </w:tr>
      <w:tr>
        <w:trPr>
          <w:trHeight w:val="400" w:hRule="exact"/>
        </w:trPr>
        <w:tc>
          <w:tcPr>
            <w:tcW w:type="dxa" w:w="4630"/>
          </w:tcPr>
          <w:p>
            <w:r/>
          </w:p>
        </w:tc>
        <w:tc>
          <w:tcPr>
            <w:tcW w:type="dxa" w:w="1620"/>
          </w:tcPr>
          <w:p>
            <w:r/>
          </w:p>
        </w:tc>
        <w:tc>
          <w:tcPr>
            <w:tcW w:type="dxa" w:w="4630"/>
          </w:tcPr>
          <w:p>
            <w:r/>
          </w:p>
        </w:tc>
      </w:tr>
      <w:tr>
        <w:trPr>
          <w:trHeight w:val="400" w:hRule="exact"/>
        </w:trPr>
        <w:tc>
          <w:tcPr>
            <w:tcW w:type="dxa" w:w="4630"/>
          </w:tcPr>
          <w:p>
            <w:r/>
          </w:p>
        </w:tc>
        <w:tc>
          <w:tcPr>
            <w:tcW w:type="dxa" w:w="1620"/>
          </w:tcPr>
          <w:p>
            <w:r/>
          </w:p>
        </w:tc>
        <w:tc>
          <w:tcPr>
            <w:tcW w:type="dxa" w:w="4630"/>
          </w:tcPr>
          <w:p>
            <w:r/>
          </w:p>
        </w:tc>
      </w:tr>
      <w:tr>
        <w:trPr>
          <w:trHeight w:val="400" w:hRule="exact"/>
        </w:trPr>
        <w:tc>
          <w:tcPr>
            <w:tcW w:type="dxa" w:w="4630"/>
          </w:tcPr>
          <w:p>
            <w:r/>
          </w:p>
        </w:tc>
        <w:tc>
          <w:tcPr>
            <w:tcW w:type="dxa" w:w="1620"/>
          </w:tcPr>
          <w:p>
            <w:r/>
          </w:p>
        </w:tc>
        <w:tc>
          <w:tcPr>
            <w:tcW w:type="dxa" w:w="4630"/>
          </w:tcPr>
          <w:p>
            <w:r/>
          </w:p>
        </w:tc>
      </w:tr>
      <w:tr>
        <w:trPr>
          <w:trHeight w:val="400" w:hRule="exact"/>
        </w:trPr>
        <w:tc>
          <w:tcPr>
            <w:tcW w:type="dxa" w:w="4630"/>
          </w:tcPr>
          <w:p>
            <w:r/>
          </w:p>
        </w:tc>
        <w:tc>
          <w:tcPr>
            <w:tcW w:type="dxa" w:w="1620"/>
          </w:tcPr>
          <w:p>
            <w:r/>
          </w:p>
        </w:tc>
        <w:tc>
          <w:tcPr>
            <w:tcW w:type="dxa" w:w="4630"/>
          </w:tcPr>
          <w:p>
            <w:r/>
          </w:p>
        </w:tc>
      </w:tr>
      <w:tr>
        <w:trPr>
          <w:trHeight w:val="400" w:hRule="exact"/>
        </w:trPr>
        <w:tc>
          <w:tcPr>
            <w:tcW w:type="dxa" w:w="4630"/>
          </w:tcPr>
          <w:p>
            <w:r/>
          </w:p>
        </w:tc>
        <w:tc>
          <w:tcPr>
            <w:tcW w:type="dxa" w:w="1620"/>
          </w:tcPr>
          <w:p>
            <w:r/>
          </w:p>
        </w:tc>
        <w:tc>
          <w:tcPr>
            <w:tcW w:type="dxa" w:w="4630"/>
          </w:tcPr>
          <w:p>
            <w:r/>
          </w:p>
        </w:tc>
      </w:tr>
      <w:tr>
        <w:trPr>
          <w:trHeight w:val="400" w:hRule="exact"/>
        </w:trPr>
        <w:tc>
          <w:tcPr>
            <w:tcW w:type="dxa" w:w="4630"/>
          </w:tcPr>
          <w:p>
            <w:r/>
          </w:p>
        </w:tc>
        <w:tc>
          <w:tcPr>
            <w:tcW w:type="dxa" w:w="1620"/>
          </w:tcPr>
          <w:p>
            <w:r/>
          </w:p>
        </w:tc>
        <w:tc>
          <w:tcPr>
            <w:tcW w:type="dxa" w:w="4630"/>
          </w:tcPr>
          <w:p>
            <w:r/>
          </w:p>
        </w:tc>
      </w:tr>
      <w:tr>
        <w:trPr>
          <w:trHeight w:val="400" w:hRule="exact"/>
        </w:trPr>
        <w:tc>
          <w:tcPr>
            <w:tcW w:type="dxa" w:w="4630"/>
          </w:tcPr>
          <w:p>
            <w:r/>
          </w:p>
        </w:tc>
        <w:tc>
          <w:tcPr>
            <w:tcW w:type="dxa" w:w="1620"/>
          </w:tcPr>
          <w:p>
            <w:r/>
          </w:p>
        </w:tc>
        <w:tc>
          <w:tcPr>
            <w:tcW w:type="dxa" w:w="4630"/>
          </w:tcPr>
          <w:p>
            <w:r/>
          </w:p>
        </w:tc>
      </w:tr>
      <w:tr>
        <w:trPr>
          <w:trHeight w:val="400" w:hRule="exact"/>
        </w:trPr>
        <w:tc>
          <w:tcPr>
            <w:tcW w:type="dxa" w:w="4630"/>
          </w:tcPr>
          <w:p>
            <w:r/>
          </w:p>
        </w:tc>
        <w:tc>
          <w:tcPr>
            <w:tcW w:type="dxa" w:w="1620"/>
          </w:tcPr>
          <w:p>
            <w:r/>
          </w:p>
        </w:tc>
        <w:tc>
          <w:tcPr>
            <w:tcW w:type="dxa" w:w="4630"/>
          </w:tcPr>
          <w:p>
            <w:r/>
          </w:p>
        </w:tc>
      </w:tr>
      <w:tr>
        <w:trPr>
          <w:trHeight w:val="400" w:hRule="exact"/>
        </w:trPr>
        <w:tc>
          <w:tcPr>
            <w:tcW w:type="dxa" w:w="4630"/>
          </w:tcPr>
          <w:p>
            <w:r/>
          </w:p>
        </w:tc>
        <w:tc>
          <w:tcPr>
            <w:tcW w:type="dxa" w:w="1620"/>
          </w:tcPr>
          <w:p>
            <w:r/>
          </w:p>
        </w:tc>
        <w:tc>
          <w:tcPr>
            <w:tcW w:type="dxa" w:w="4630"/>
          </w:tcPr>
          <w:p>
            <w:r/>
          </w:p>
        </w:tc>
      </w:tr>
      <w:tr>
        <w:trPr>
          <w:trHeight w:val="400" w:hRule="exact"/>
        </w:trPr>
        <w:tc>
          <w:tcPr>
            <w:tcW w:type="dxa" w:w="4630"/>
          </w:tcPr>
          <w:p>
            <w:r/>
          </w:p>
        </w:tc>
        <w:tc>
          <w:tcPr>
            <w:tcW w:type="dxa" w:w="1620"/>
          </w:tcPr>
          <w:p>
            <w:r/>
          </w:p>
        </w:tc>
        <w:tc>
          <w:tcPr>
            <w:tcW w:type="dxa" w:w="4630"/>
          </w:tcPr>
          <w:p>
            <w:r/>
          </w:p>
        </w:tc>
      </w:tr>
      <w:tr>
        <w:trPr>
          <w:trHeight w:val="400" w:hRule="exact"/>
        </w:trPr>
        <w:tc>
          <w:tcPr>
            <w:tcW w:type="dxa" w:w="4630"/>
          </w:tcPr>
          <w:p>
            <w:r/>
          </w:p>
        </w:tc>
        <w:tc>
          <w:tcPr>
            <w:tcW w:type="dxa" w:w="1620"/>
          </w:tcPr>
          <w:p>
            <w:r/>
          </w:p>
        </w:tc>
        <w:tc>
          <w:tcPr>
            <w:tcW w:type="dxa" w:w="4630"/>
          </w:tcPr>
          <w:p>
            <w:r/>
          </w:p>
        </w:tc>
      </w:tr>
      <w:tr>
        <w:trPr>
          <w:trHeight w:val="400" w:hRule="exact"/>
        </w:trPr>
        <w:tc>
          <w:tcPr>
            <w:tcW w:type="dxa" w:w="4630"/>
          </w:tcPr>
          <w:p>
            <w:r/>
          </w:p>
        </w:tc>
        <w:tc>
          <w:tcPr>
            <w:tcW w:type="dxa" w:w="1620"/>
          </w:tcPr>
          <w:p>
            <w:r/>
          </w:p>
        </w:tc>
        <w:tc>
          <w:tcPr>
            <w:tcW w:type="dxa" w:w="4630"/>
          </w:tcPr>
          <w:p>
            <w:r/>
          </w:p>
        </w:tc>
      </w:tr>
    </w:tbl>
    <w:p>
      <w:pPr>
        <w:pStyle w:val="Heading2"/>
        <w:keepNext w:val="0"/>
        <w:spacing w:before="80" w:after="60"/>
      </w:pPr>
      <w:r>
        <w:t>Contractors and visitors from the sign-in list</w:t>
      </w:r>
    </w:p>
    <w:tbl>
      <w:tblPr>
        <w:tblStyle w:val="TableGrid"/>
        <w:tblW w:type="dxa" w:w="1088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2720"/>
        <w:gridCol w:w="2357"/>
        <w:gridCol w:w="1994"/>
        <w:gridCol w:w="1269"/>
        <w:gridCol w:w="2539"/>
      </w:tblGrid>
      <w:tr>
        <w:trPr>
          <w:tblHeader w:val="true"/>
        </w:trPr>
        <w:tc>
          <w:tcPr>
            <w:tcW w:type="dxa" w:w="2720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357"/>
          </w:tcPr>
          <w:p>
            <w:r>
              <w:rPr>
                <w:b/>
              </w:rPr>
              <w:t>Company or organization</w:t>
            </w:r>
          </w:p>
        </w:tc>
        <w:tc>
          <w:tcPr>
            <w:tcW w:type="dxa" w:w="1994"/>
          </w:tcPr>
          <w:p>
            <w:r>
              <w:rPr>
                <w:b/>
              </w:rPr>
              <w:t>Host</w:t>
            </w:r>
          </w:p>
        </w:tc>
        <w:tc>
          <w:tcPr>
            <w:tcW w:type="dxa" w:w="1269"/>
          </w:tcPr>
          <w:p>
            <w:r>
              <w:rPr>
                <w:b/>
              </w:rPr>
              <w:t>Accounted (yes / no)</w:t>
            </w:r>
          </w:p>
        </w:tc>
        <w:tc>
          <w:tcPr>
            <w:tcW w:type="dxa" w:w="2539"/>
          </w:tcPr>
          <w:p>
            <w:r>
              <w:rPr>
                <w:b/>
              </w:rPr>
              <w:t>Notes</w:t>
            </w:r>
          </w:p>
        </w:tc>
      </w:tr>
      <w:tr>
        <w:trPr>
          <w:trHeight w:val="400" w:hRule="exact"/>
        </w:trPr>
        <w:tc>
          <w:tcPr>
            <w:tcW w:type="dxa" w:w="2720"/>
          </w:tcPr>
          <w:p>
            <w:r/>
          </w:p>
        </w:tc>
        <w:tc>
          <w:tcPr>
            <w:tcW w:type="dxa" w:w="2357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269"/>
          </w:tcPr>
          <w:p>
            <w:r/>
          </w:p>
        </w:tc>
        <w:tc>
          <w:tcPr>
            <w:tcW w:type="dxa" w:w="2539"/>
          </w:tcPr>
          <w:p>
            <w:r/>
          </w:p>
        </w:tc>
      </w:tr>
      <w:tr>
        <w:trPr>
          <w:trHeight w:val="400" w:hRule="exact"/>
        </w:trPr>
        <w:tc>
          <w:tcPr>
            <w:tcW w:type="dxa" w:w="2720"/>
          </w:tcPr>
          <w:p>
            <w:r/>
          </w:p>
        </w:tc>
        <w:tc>
          <w:tcPr>
            <w:tcW w:type="dxa" w:w="2357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269"/>
          </w:tcPr>
          <w:p>
            <w:r/>
          </w:p>
        </w:tc>
        <w:tc>
          <w:tcPr>
            <w:tcW w:type="dxa" w:w="2539"/>
          </w:tcPr>
          <w:p>
            <w:r/>
          </w:p>
        </w:tc>
      </w:tr>
      <w:tr>
        <w:trPr>
          <w:trHeight w:val="400" w:hRule="exact"/>
        </w:trPr>
        <w:tc>
          <w:tcPr>
            <w:tcW w:type="dxa" w:w="2720"/>
          </w:tcPr>
          <w:p>
            <w:r/>
          </w:p>
        </w:tc>
        <w:tc>
          <w:tcPr>
            <w:tcW w:type="dxa" w:w="2357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269"/>
          </w:tcPr>
          <w:p>
            <w:r/>
          </w:p>
        </w:tc>
        <w:tc>
          <w:tcPr>
            <w:tcW w:type="dxa" w:w="2539"/>
          </w:tcPr>
          <w:p>
            <w:r/>
          </w:p>
        </w:tc>
      </w:tr>
      <w:tr>
        <w:trPr>
          <w:trHeight w:val="400" w:hRule="exact"/>
        </w:trPr>
        <w:tc>
          <w:tcPr>
            <w:tcW w:type="dxa" w:w="2720"/>
          </w:tcPr>
          <w:p>
            <w:r/>
          </w:p>
        </w:tc>
        <w:tc>
          <w:tcPr>
            <w:tcW w:type="dxa" w:w="2357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269"/>
          </w:tcPr>
          <w:p>
            <w:r/>
          </w:p>
        </w:tc>
        <w:tc>
          <w:tcPr>
            <w:tcW w:type="dxa" w:w="2539"/>
          </w:tcPr>
          <w:p>
            <w:r/>
          </w:p>
        </w:tc>
      </w:tr>
      <w:tr>
        <w:trPr>
          <w:trHeight w:val="400" w:hRule="exact"/>
        </w:trPr>
        <w:tc>
          <w:tcPr>
            <w:tcW w:type="dxa" w:w="2720"/>
          </w:tcPr>
          <w:p>
            <w:r/>
          </w:p>
        </w:tc>
        <w:tc>
          <w:tcPr>
            <w:tcW w:type="dxa" w:w="2357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269"/>
          </w:tcPr>
          <w:p>
            <w:r/>
          </w:p>
        </w:tc>
        <w:tc>
          <w:tcPr>
            <w:tcW w:type="dxa" w:w="2539"/>
          </w:tcPr>
          <w:p>
            <w:r/>
          </w:p>
        </w:tc>
      </w:tr>
      <w:tr>
        <w:trPr>
          <w:trHeight w:val="400" w:hRule="exact"/>
        </w:trPr>
        <w:tc>
          <w:tcPr>
            <w:tcW w:type="dxa" w:w="2720"/>
          </w:tcPr>
          <w:p>
            <w:r/>
          </w:p>
        </w:tc>
        <w:tc>
          <w:tcPr>
            <w:tcW w:type="dxa" w:w="2357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269"/>
          </w:tcPr>
          <w:p>
            <w:r/>
          </w:p>
        </w:tc>
        <w:tc>
          <w:tcPr>
            <w:tcW w:type="dxa" w:w="2539"/>
          </w:tcPr>
          <w:p>
            <w:r/>
          </w:p>
        </w:tc>
      </w:tr>
      <w:tr>
        <w:trPr>
          <w:trHeight w:val="400" w:hRule="exact"/>
        </w:trPr>
        <w:tc>
          <w:tcPr>
            <w:tcW w:type="dxa" w:w="2720"/>
          </w:tcPr>
          <w:p>
            <w:r/>
          </w:p>
        </w:tc>
        <w:tc>
          <w:tcPr>
            <w:tcW w:type="dxa" w:w="2357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269"/>
          </w:tcPr>
          <w:p>
            <w:r/>
          </w:p>
        </w:tc>
        <w:tc>
          <w:tcPr>
            <w:tcW w:type="dxa" w:w="2539"/>
          </w:tcPr>
          <w:p>
            <w:r/>
          </w:p>
        </w:tc>
      </w:tr>
      <w:tr>
        <w:trPr>
          <w:trHeight w:val="400" w:hRule="exact"/>
        </w:trPr>
        <w:tc>
          <w:tcPr>
            <w:tcW w:type="dxa" w:w="2720"/>
          </w:tcPr>
          <w:p>
            <w:r/>
          </w:p>
        </w:tc>
        <w:tc>
          <w:tcPr>
            <w:tcW w:type="dxa" w:w="2357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269"/>
          </w:tcPr>
          <w:p>
            <w:r/>
          </w:p>
        </w:tc>
        <w:tc>
          <w:tcPr>
            <w:tcW w:type="dxa" w:w="2539"/>
          </w:tcPr>
          <w:p>
            <w:r/>
          </w:p>
        </w:tc>
      </w:tr>
    </w:tbl>
    <w:p>
      <w:pPr>
        <w:spacing w:before="80"/>
      </w:pPr>
      <w:r>
        <w:t>Time all accounted for: __________   Warden signature: 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644" w:right="680" w:bottom="1020" w:left="680" w:header="454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Not legal advice. Last checked 7 October 2026 against OSHA 29 CFR 1910.38(c), https://www.osha.gov/laws-regs/regulations/standardnumber/1910/1910.38.</w:t>
    </w:r>
  </w:p>
  <w:p>
    <w:pPr>
      <w:tabs>
        <w:tab w:pos="10879" w:val="right"/>
      </w:tabs>
    </w:pPr>
    <w:r>
      <w:rPr>
        <w:sz w:val="14"/>
      </w:rPr>
      <w:t>Digital Front Desk free template: digitalfrontdesk.ca/resources/evacuation-roll-call-sheet</w:t>
    </w:r>
    <w:r>
      <w:rPr>
        <w:sz w:val="14"/>
      </w:rPr>
      <w:tab/>
      <w:t xml:space="preserve">Page </w:t>
    </w:r>
    <w:fldSimple w:instr="PAGE">
      <w:r>
        <w:rPr>
          <w:sz w:val="14"/>
        </w:rPr>
        <w:t>1</w:t>
      </w:r>
    </w:fldSimple>
    <w:r>
      <w:rPr>
        <w:sz w:val="14"/>
      </w:rPr>
      <w:t xml:space="preserve"> of </w:t>
    </w:r>
    <w:fldSimple w:instr="NUMPAGES">
      <w:r>
        <w:rPr>
          <w:sz w:val="14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</w:pPr>
    <w:r>
      <w:rPr>
        <w:b/>
        <w:sz w:val="28"/>
      </w:rPr>
      <w:t>Evacuation roll-call sheet</w:t>
    </w:r>
  </w:p>
  <w:p>
    <w:pPr>
      <w:spacing w:after="40"/>
    </w:pPr>
    <w:r>
      <w:rPr>
        <w:sz w:val="20"/>
      </w:rPr>
      <w:t>Date: ____________   Time of alarm: ________</w:t>
    </w:r>
  </w:p>
  <w:p>
    <w:pPr>
      <w:spacing w:after="40"/>
    </w:pPr>
    <w:r>
      <w:rPr>
        <w:sz w:val="20"/>
      </w:rPr>
      <w:t>Muster point: ____________________   Warden name: ____________________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Evacuation roll-call sheet</dc:title>
  <dc:subject/>
  <dc:creator>Digital Front Desk</dc:creator>
  <cp:keywords/>
  <dc:description>generated by python-docx</dc:description>
  <cp:lastModifiedBy>Digital Front Desk</cp:lastModifiedBy>
  <cp:revision>1</cp:revision>
  <dcterms:created xsi:type="dcterms:W3CDTF">2026-10-07T00:00:00Z</dcterms:created>
  <dcterms:modified xsi:type="dcterms:W3CDTF">2026-10-07T00:00:00Z</dcterms:modified>
  <cp:category/>
  <cp:lastPrinted>2026-10-07T00:00:00Z</cp:lastPrinted>
</cp:coreProperties>
</file>